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20</w:t>
      </w:r>
    </w:p>
    <w:p>
      <w:pPr>
        <w:pStyle w:val="Heading1"/>
      </w:pPr>
      <w:r>
        <w:t>Lines angles and geometric shapes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20.1  Points lines rays and segments</w:t>
      </w:r>
    </w:p>
    <w:p>
      <w:pPr>
        <w:keepLines/>
      </w:pPr>
      <w:r>
        <w:rPr>
          <w:b w:val="0"/>
          <w:sz w:val="28"/>
        </w:rPr>
        <w:t>A point marks a position. A line extends endlessly in both directions; a ray has one endpoint; a segment has two endpoints. Parallel lines in a plane never meet. Perpendicular lines meet at a right angle. An angle measures a turn, usually in degrees.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In a rectangle, opposite sides are parallel and adjacent sides are perpendicular. A right angle measures 90°. A full turn measures 360° and a half turn 180°.</w:t>
      </w:r>
    </w:p>
    <w:p>
      <w:pPr>
        <w:pStyle w:val="Heading2"/>
      </w:pPr>
      <w:r>
        <w:t>20.2  Types of angles and measuring</w:t>
      </w:r>
    </w:p>
    <w:p>
      <w:pPr>
        <w:keepLines/>
      </w:pPr>
      <w:r>
        <w:rPr>
          <w:b w:val="0"/>
          <w:sz w:val="28"/>
        </w:rPr>
        <w:t>An acute angle is between 0° and 90°. A right angle is 90°. An obtuse angle is between 90° and 180°. A straight angle is 180° and a reflex angle is between 180° and 360°. To use a protractor, place its centre on the vertex and its baseline along one arm, then read from zero on that arm.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If an angle opens wider than a right angle but less than a straight angle, it is obtuse. An angle of 235° is reflex. Its smaller remaining angle around the point is 360° − 235° = 125°.</w:t>
      </w:r>
    </w:p>
    <w:p>
      <w:pPr>
        <w:pStyle w:val="Heading2"/>
      </w:pPr>
      <w:r>
        <w:t>20.3  Angle relationships</w:t>
      </w:r>
    </w:p>
    <w:p>
      <w:pPr>
        <w:keepLines/>
      </w:pPr>
      <w:r>
        <w:rPr>
          <w:b w:val="0"/>
          <w:sz w:val="28"/>
        </w:rPr>
        <w:t>Angles on a straight line total 180° and angles around a point total 360°. Vertically opposite angles are equal. For parallel lines cut by a transversal, corresponding angles are equal, alternate angles are equal, and interior angles on the same side total 180°. State the reason for each step.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Two adjacent angles on a straight line are x and 68°. Therefore x = 180° − 68° = 112°. If a corresponding angle lies on a parallel line, it also measures 68°.</w:t>
      </w:r>
    </w:p>
    <w:p>
      <w:pPr>
        <w:pStyle w:val="Heading2"/>
      </w:pPr>
      <w:r>
        <w:t>20.4  Triangles and quadrilaterals</w:t>
      </w:r>
    </w:p>
    <w:p>
      <w:pPr>
        <w:keepLines/>
      </w:pPr>
      <w:r>
        <w:rPr>
          <w:b w:val="0"/>
          <w:sz w:val="28"/>
        </w:rPr>
        <w:t>A triangle has angle sum 180°. An equilateral triangle has three equal sides and three 60° angles. An isosceles triangle has equal base angles. A quadrilateral has angle sum 360°. Rectangles have four right angles; squares also have four equal sides. A rhombus has four equal sides; a parallelogram has two pairs of parallel sides.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triangle has angles 48° and 67°, so the third is 180° − 48° − 67° = 65°. A square is also a rectangle, rhombus and parallelogram because it satisfies each definition.</w:t>
      </w:r>
    </w:p>
    <w:p>
      <w:pPr>
        <w:pStyle w:val="Heading2"/>
      </w:pPr>
      <w:r>
        <w:t>20.5  Polygons circles and symmetry</w:t>
      </w:r>
    </w:p>
    <w:p>
      <w:pPr>
        <w:keepLines/>
      </w:pPr>
      <w:r>
        <w:rPr>
          <w:b w:val="0"/>
          <w:sz w:val="28"/>
        </w:rPr>
        <w:t>An n sided polygon has interior angle sum (n − 2) × 180°. In a regular polygon all sides and all interior angles are equal, and each exterior angle is 360° ÷ n. A circle has radius from centre to circumference and diameter twice the radius. A line of symmetry reflects a shape onto itself; rotational symmetry counts matching positions in a full turn.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regular hexagon has each exterior angle 360° ÷ 6 = 60° and each interior angle 120°. A square has four lines of symmetry and rotational symmetry of order 4. A circle of radius 5 cm has diameter 10 cm.</w:t>
      </w:r>
    </w:p>
    <w:p>
      <w:pPr>
        <w:pStyle w:val="Heading2"/>
      </w:pPr>
      <w:r>
        <w:t>20.6  Solids and nets</w:t>
      </w:r>
    </w:p>
    <w:p>
      <w:pPr>
        <w:keepLines/>
      </w:pPr>
      <w:r>
        <w:rPr>
          <w:b w:val="0"/>
          <w:sz w:val="28"/>
        </w:rPr>
        <w:t>A solid has three dimensions. A polyhedron has flat polygonal faces, straight edges and vertices. A net unfolds a solid into a flat arrangement of its surfaces. A cube has 6 square faces, 12 edges and 8 vertices. A cylinder has two circular flat faces and one curved surface.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cuboid net contains six rectangles, arranged so that folding pairs opposite faces. A triangular prism has 5 faces, 9 edges and 6 vertices. Its two end faces are congruent triangles.</w:t>
      </w:r>
    </w:p>
    <w:p>
      <w:r>
        <w:br w:type="page"/>
      </w:r>
    </w:p>
    <w:p>
      <w:pPr>
        <w:pStyle w:val="Heading1"/>
      </w:pPr>
      <w:r>
        <w:t>Chapter 20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Find the supplement of 73°.</w:t>
      </w:r>
    </w:p>
    <w:p>
      <w:pPr>
        <w:keepLines/>
      </w:pPr>
      <w:r>
        <w:rPr>
          <w:b w:val="0"/>
          <w:sz w:val="28"/>
        </w:rPr>
        <w:t>2.  An isosceles triangle has vertex angle 38°. Find each base angle.</w:t>
      </w:r>
    </w:p>
    <w:p>
      <w:pPr>
        <w:keepLines/>
      </w:pPr>
      <w:r>
        <w:rPr>
          <w:b w:val="0"/>
          <w:sz w:val="28"/>
        </w:rPr>
        <w:t>3.  Find each interior angle of a regular octagon.</w:t>
      </w:r>
    </w:p>
    <w:p>
      <w:pPr>
        <w:keepLines/>
      </w:pPr>
      <w:r>
        <w:rPr>
          <w:b w:val="0"/>
          <w:sz w:val="28"/>
        </w:rPr>
        <w:t>4.  A circle has diameter 14 cm. Find its radius.</w:t>
      </w:r>
    </w:p>
    <w:p>
      <w:pPr>
        <w:keepLines/>
      </w:pPr>
      <w:r>
        <w:rPr>
          <w:b w:val="0"/>
          <w:sz w:val="28"/>
        </w:rPr>
        <w:t>5.  How many edges does a cube have?</w:t>
      </w:r>
    </w:p>
    <w:p>
      <w:pPr>
        <w:pStyle w:val="Heading2"/>
      </w:pPr>
      <w:r>
        <w:t>Answers with methods</w:t>
      </w:r>
    </w:p>
    <w:p>
      <w:pPr>
        <w:keepLines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>180° − 73° = 107°.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(180° − 38°) ÷ 2 = 71°.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Sum = 6 × 180° = 1,080°. Each angle = 1,080° ÷ 8 = 135°.</w:t>
      </w:r>
    </w:p>
    <w:p>
      <w:pPr>
        <w:keepLines/>
      </w:pPr>
      <w:r>
        <w:rPr>
          <w:b/>
          <w:sz w:val="28"/>
        </w:rPr>
        <w:t xml:space="preserve">4.  </w:t>
      </w:r>
      <w:r>
        <w:rPr>
          <w:b w:val="0"/>
          <w:sz w:val="28"/>
        </w:rPr>
        <w:t>14 ÷ 2 = 7 cm.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12 edges. Each joins two vertices and belongs to two faces.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A diagram may not be drawn to scale. Use stated measurements and geometric reasons rather than judging an angle by its appearance.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