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18</w:t>
      </w:r>
    </w:p>
    <w:p>
      <w:pPr>
        <w:pStyle w:val="Heading1"/>
      </w:pPr>
      <w:r>
        <w:t>Basic algebra</w:t>
      </w:r>
    </w:p>
    <w:p>
      <w:pPr>
        <w:keepLines/>
      </w:pPr>
      <w:r>
        <w:rPr>
          <w:b w:val="0"/>
          <w:sz w:val="28"/>
        </w:rPr>
        <w:t>Learn the ideas below, follow each worked example, then attempt the practice before checking the answers.</w:t>
      </w:r>
    </w:p>
    <w:p>
      <w:pPr>
        <w:pStyle w:val="Heading2"/>
      </w:pPr>
      <w:r>
        <w:t>18.1  Variables expressions and equations</w:t>
      </w:r>
    </w:p>
    <w:p>
      <w:pPr>
        <w:keepLines/>
      </w:pPr>
      <w:r>
        <w:rPr>
          <w:b w:val="0"/>
          <w:sz w:val="28"/>
        </w:rPr>
        <w:t>A variable represents a number that may change or be unknown. An expression has terms connected by operations. An equation states that two expressions are equal. In 4x + 7, x is the variable, 4 is its coefficient and 7 is a constant. Multiplication between a number and a variable is usually unwritten.</w:t>
      </w:r>
    </w:p>
    <w:p>
      <w:pPr>
        <w:keepLines/>
      </w:pPr>
      <w:r>
        <w:rPr>
          <w:b/>
          <w:sz w:val="28"/>
        </w:rPr>
        <w:t xml:space="preserve">Worked example  </w:t>
      </w:r>
      <w:r>
        <w:rPr>
          <w:b w:val="0"/>
          <w:sz w:val="28"/>
        </w:rPr>
        <w:t>If x is the price of one ticket, 3x + 20 represents the price of three tickets plus a 20 rupee booking fee. The statement 3x + 20 = 170 is an equation.</w:t>
      </w:r>
    </w:p>
    <w:p>
      <w:pPr>
        <w:pStyle w:val="Heading2"/>
      </w:pPr>
      <w:r>
        <w:t>18.2  Collecting like terms</w:t>
      </w:r>
    </w:p>
    <w:p>
      <w:pPr>
        <w:keepLines/>
      </w:pPr>
      <w:r>
        <w:rPr>
          <w:b w:val="0"/>
          <w:sz w:val="28"/>
        </w:rPr>
        <w:t>Like terms have exactly the same variable part, including powers. Add or subtract their coefficients. Constants combine with constants. Unlike terms remain separate. Remember that x means 1x and −x means −1x.</w:t>
      </w:r>
    </w:p>
    <w:p>
      <w:pPr>
        <w:keepLines/>
      </w:pPr>
      <w:r>
        <w:rPr>
          <w:b/>
          <w:sz w:val="28"/>
        </w:rPr>
        <w:t xml:space="preserve">Worked example  </w:t>
      </w:r>
      <w:r>
        <w:rPr>
          <w:b w:val="0"/>
          <w:sz w:val="28"/>
        </w:rPr>
        <w:t>5x + 3y − 2x + 4 = 3x + 3y + 4. In contrast, 2x + 3x² cannot be combined because x and x² are different variable parts.</w:t>
      </w:r>
    </w:p>
    <w:p>
      <w:pPr>
        <w:pStyle w:val="Heading2"/>
      </w:pPr>
      <w:r>
        <w:t>18.3  Substitution and evaluating formulae</w:t>
      </w:r>
    </w:p>
    <w:p>
      <w:pPr>
        <w:keepLines/>
      </w:pPr>
      <w:r>
        <w:rPr>
          <w:b w:val="0"/>
          <w:sz w:val="28"/>
        </w:rPr>
        <w:t>Replace each variable with its stated value and use brackets around negative values. Then apply the operation hierarchy. Repeated letters must receive the same value throughout. Include units when a formula represents a measurement.</w:t>
      </w:r>
    </w:p>
    <w:p>
      <w:pPr>
        <w:keepLines/>
      </w:pPr>
      <w:r>
        <w:rPr>
          <w:b/>
          <w:sz w:val="28"/>
        </w:rPr>
        <w:t xml:space="preserve">Worked example  </w:t>
      </w:r>
      <w:r>
        <w:rPr>
          <w:b w:val="0"/>
          <w:sz w:val="28"/>
        </w:rPr>
        <w:t>Evaluate 2a² − 3b when a = −2 and b = 5. The result is 2(−2)² − 3(5) = 8 − 15 = −7.</w:t>
      </w:r>
    </w:p>
    <w:p>
      <w:pPr>
        <w:pStyle w:val="Heading2"/>
      </w:pPr>
      <w:r>
        <w:t>18.4  Expanding and factorising</w:t>
      </w:r>
    </w:p>
    <w:p>
      <w:pPr>
        <w:keepLines/>
      </w:pPr>
      <w:r>
        <w:rPr>
          <w:b w:val="0"/>
          <w:sz w:val="28"/>
        </w:rPr>
        <w:t>Expand a bracket by multiplying every term inside by the outside factor. A negative factor changes the sign of each term. Factorising reverses expansion by taking out a common factor. Check by multiplying back.</w:t>
      </w:r>
    </w:p>
    <w:p>
      <w:pPr>
        <w:keepLines/>
      </w:pPr>
      <w:r>
        <w:rPr>
          <w:b/>
          <w:sz w:val="28"/>
        </w:rPr>
        <w:t xml:space="preserve">Worked example  </w:t>
      </w:r>
      <w:r>
        <w:rPr>
          <w:b w:val="0"/>
          <w:sz w:val="28"/>
        </w:rPr>
        <w:t>3(2x − 5) = 6x − 15. Also, −2(x + 4) = −2x − 8. The expression 12x + 18 factorises as 6(2x + 3).</w:t>
      </w:r>
    </w:p>
    <w:p>
      <w:pPr>
        <w:pStyle w:val="Heading2"/>
      </w:pPr>
      <w:r>
        <w:t>18.5  Solving simple equations</w:t>
      </w:r>
    </w:p>
    <w:p>
      <w:pPr>
        <w:keepLines/>
      </w:pPr>
      <w:r>
        <w:rPr>
          <w:b w:val="0"/>
          <w:sz w:val="28"/>
        </w:rPr>
        <w:t>An equation stays balanced when you perform the same valid operation on both sides. Undo operations in reverse order. For variables on both sides, collect variable terms on one side and constants on the other. Check the solution in the original equation.</w:t>
      </w:r>
    </w:p>
    <w:p>
      <w:pPr>
        <w:keepLines/>
      </w:pPr>
      <w:r>
        <w:rPr>
          <w:b/>
          <w:sz w:val="28"/>
        </w:rPr>
        <w:t xml:space="preserve">Worked example  </w:t>
      </w:r>
      <w:r>
        <w:rPr>
          <w:b w:val="0"/>
          <w:sz w:val="28"/>
        </w:rPr>
        <w:t>Solve 3x + 7 = 22. Subtract 7 to get 3x = 15, then divide by 3 to get x = 5. Check: 3 × 5 + 7 = 22. For 5x − 4 = 2x + 11, subtract 2x and add 4 to get 3x = 15.</w:t>
      </w:r>
    </w:p>
    <w:p>
      <w:pPr>
        <w:pStyle w:val="Heading2"/>
      </w:pPr>
      <w:r>
        <w:t>18.6  Translating word problems</w:t>
      </w:r>
    </w:p>
    <w:p>
      <w:pPr>
        <w:keepLines/>
      </w:pPr>
      <w:r>
        <w:rPr>
          <w:b w:val="0"/>
          <w:sz w:val="28"/>
        </w:rPr>
        <w:t>Choose a variable and say what it means. Translate the relationships into an equation before solving. Consecutive integers can be written n, n + 1 and n + 2. State the final answer in words and check it fits the situation.</w:t>
      </w:r>
    </w:p>
    <w:p>
      <w:pPr>
        <w:keepLines/>
      </w:pPr>
      <w:r>
        <w:rPr>
          <w:b/>
          <w:sz w:val="28"/>
        </w:rPr>
        <w:t xml:space="preserve">Worked example  </w:t>
      </w:r>
      <w:r>
        <w:rPr>
          <w:b w:val="0"/>
          <w:sz w:val="28"/>
        </w:rPr>
        <w:t>A number doubled and then increased by 9 gives 31. Let the number be n. Then 2n + 9 = 31, so 2n = 22 and n = 11. Check: 22 + 9 = 31.</w:t>
      </w:r>
    </w:p>
    <w:p>
      <w:r>
        <w:br w:type="page"/>
      </w:r>
    </w:p>
    <w:p>
      <w:pPr>
        <w:pStyle w:val="Heading1"/>
      </w:pPr>
      <w:r>
        <w:t>Chapter 18 practice</w:t>
      </w:r>
    </w:p>
    <w:p>
      <w:pPr>
        <w:keepLines/>
      </w:pPr>
      <w:r>
        <w:rPr>
          <w:b w:val="0"/>
          <w:sz w:val="28"/>
        </w:rPr>
        <w:t>Work in your notebook. Show your method and include units where needed.</w:t>
      </w:r>
    </w:p>
    <w:p>
      <w:pPr>
        <w:keepLines/>
      </w:pPr>
      <w:r>
        <w:rPr>
          <w:b w:val="0"/>
          <w:sz w:val="28"/>
        </w:rPr>
        <w:t>1.  Simplify 7a − 2a + 4 − 9.</w:t>
      </w:r>
    </w:p>
    <w:p>
      <w:pPr>
        <w:keepLines/>
      </w:pPr>
      <w:r>
        <w:rPr>
          <w:b w:val="0"/>
          <w:sz w:val="28"/>
        </w:rPr>
        <w:t>2.  Evaluate 3x + 2y when x = −4 and y = 7.</w:t>
      </w:r>
    </w:p>
    <w:p>
      <w:pPr>
        <w:keepLines/>
      </w:pPr>
      <w:r>
        <w:rPr>
          <w:b w:val="0"/>
          <w:sz w:val="28"/>
        </w:rPr>
        <w:t>3.  Expand 4(2x − 3).</w:t>
      </w:r>
    </w:p>
    <w:p>
      <w:pPr>
        <w:keepLines/>
      </w:pPr>
      <w:r>
        <w:rPr>
          <w:b w:val="0"/>
          <w:sz w:val="28"/>
        </w:rPr>
        <w:t>4.  Solve 5x − 6 = 29.</w:t>
      </w:r>
    </w:p>
    <w:p>
      <w:pPr>
        <w:keepLines/>
      </w:pPr>
      <w:r>
        <w:rPr>
          <w:b w:val="0"/>
          <w:sz w:val="28"/>
        </w:rPr>
        <w:t>5.  Three consecutive integers total 48. Find them.</w:t>
      </w:r>
    </w:p>
    <w:p>
      <w:pPr>
        <w:pStyle w:val="Heading2"/>
      </w:pPr>
      <w:r>
        <w:t>Answers with methods</w:t>
      </w:r>
    </w:p>
    <w:p>
      <w:pPr>
        <w:keepLines/>
      </w:pPr>
      <w:r>
        <w:rPr>
          <w:b/>
          <w:sz w:val="28"/>
        </w:rPr>
        <w:t xml:space="preserve">1.  </w:t>
      </w:r>
      <w:r>
        <w:rPr>
          <w:b w:val="0"/>
          <w:sz w:val="28"/>
        </w:rPr>
        <w:t>5a − 5.</w:t>
      </w:r>
    </w:p>
    <w:p>
      <w:pPr>
        <w:keepLines/>
      </w:pPr>
      <w:r>
        <w:rPr>
          <w:b/>
          <w:sz w:val="28"/>
        </w:rPr>
        <w:t xml:space="preserve">2.  </w:t>
      </w:r>
      <w:r>
        <w:rPr>
          <w:b w:val="0"/>
          <w:sz w:val="28"/>
        </w:rPr>
        <w:t>3(−4) + 2(7) = −12 + 14 = 2.</w:t>
      </w:r>
    </w:p>
    <w:p>
      <w:pPr>
        <w:keepLines/>
      </w:pPr>
      <w:r>
        <w:rPr>
          <w:b/>
          <w:sz w:val="28"/>
        </w:rPr>
        <w:t xml:space="preserve">3.  </w:t>
      </w:r>
      <w:r>
        <w:rPr>
          <w:b w:val="0"/>
          <w:sz w:val="28"/>
        </w:rPr>
        <w:t>8x − 12.</w:t>
      </w:r>
    </w:p>
    <w:p>
      <w:pPr>
        <w:keepLines/>
      </w:pPr>
      <w:r>
        <w:rPr>
          <w:b/>
          <w:sz w:val="28"/>
        </w:rPr>
        <w:t xml:space="preserve">4.  </w:t>
      </w:r>
      <w:r>
        <w:rPr>
          <w:b w:val="0"/>
          <w:sz w:val="28"/>
        </w:rPr>
        <w:t>Add 6: 5x = 35. Divide by 5: x = 7.</w:t>
      </w:r>
    </w:p>
    <w:p>
      <w:pPr>
        <w:keepLines/>
      </w:pPr>
      <w:r>
        <w:rPr>
          <w:b/>
          <w:sz w:val="28"/>
        </w:rPr>
        <w:t xml:space="preserve">5.  </w:t>
      </w:r>
      <w:r>
        <w:rPr>
          <w:b w:val="0"/>
          <w:sz w:val="28"/>
        </w:rPr>
        <w:t>n + (n + 1) + (n + 2) = 48, so 3n + 3 = 48 and n = 15. The integers are 15, 16 and 17.</w:t>
      </w:r>
    </w:p>
    <w:p>
      <w:pPr>
        <w:pStyle w:val="Heading2"/>
      </w:pPr>
      <w:r>
        <w:t>Common mistake to avoid</w:t>
      </w:r>
    </w:p>
    <w:p>
      <w:pPr>
        <w:keepLines/>
      </w:pPr>
      <w:r>
        <w:rPr>
          <w:b w:val="0"/>
          <w:sz w:val="28"/>
        </w:rPr>
        <w:t>3(x + 2) means 3x + 6. Multiplying only the first term inside the bracket gives an incorrect expression.</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