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</w:pPr>
      <w:r>
        <w:t>Chapter 2</w:t>
      </w:r>
    </w:p>
    <w:p>
      <w:pPr>
        <w:pStyle w:val="Heading1"/>
      </w:pPr>
      <w:r>
        <w:t>Types of numbers</w:t>
      </w:r>
    </w:p>
    <w:p>
      <w:pPr>
        <w:keepLines/>
      </w:pPr>
      <w:r>
        <w:rPr>
          <w:b w:val="0"/>
          <w:sz w:val="28"/>
        </w:rPr>
        <w:t>Learn the ideas below, follow each worked example, then attempt the practice before checking the answers.</w:t>
      </w:r>
    </w:p>
    <w:p>
      <w:pPr>
        <w:pStyle w:val="Heading2"/>
      </w:pPr>
      <w:r>
        <w:t>2.1  Natural numbers and whole numbers</w:t>
      </w:r>
    </w:p>
    <w:p>
      <w:pPr>
        <w:keepLines/>
      </w:pPr>
      <w:r>
        <w:rPr>
          <w:b w:val="0"/>
          <w:sz w:val="28"/>
        </w:rPr>
        <w:t>In this course, natural numbers are the counting numbers 1, 2, 3 and so on. Whole numbers include zero as well. Some books include zero among the natural numbers, so check the convention being used. A whole number has no fractional part.</w:t>
      </w:r>
    </w:p>
    <w:p>
      <w:pPr>
        <w:keepLines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>7 is both natural and whole. Zero is whole but is not natural under our convention. 2.5 is neither natural nor whole.</w:t>
      </w:r>
    </w:p>
    <w:p>
      <w:pPr>
        <w:pStyle w:val="Heading2"/>
      </w:pPr>
      <w:r>
        <w:t>2.2  Integers and opposite numbers</w:t>
      </w:r>
    </w:p>
    <w:p>
      <w:pPr>
        <w:keepLines/>
      </w:pPr>
      <w:r>
        <w:rPr>
          <w:b w:val="0"/>
          <w:sz w:val="28"/>
        </w:rPr>
        <w:t>Integers are negative whole numbers, zero and positive whole numbers. Every positive integer has a negative opposite equally far from zero. Zero is neither positive nor negative. Absolute value means distance from zero, so it is never negative.</w:t>
      </w:r>
    </w:p>
    <w:p>
      <w:pPr>
        <w:keepLines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>The opposite of 8 is −8. Both are 8 units from zero, so |8| = 8 and |−8| = 8. A temperature of −3°C is represented by an integer.</w:t>
      </w:r>
    </w:p>
    <w:p>
      <w:pPr>
        <w:pStyle w:val="Heading2"/>
      </w:pPr>
      <w:r>
        <w:t>2.3  Rational numbers</w:t>
      </w:r>
    </w:p>
    <w:p>
      <w:pPr>
        <w:keepLines/>
        <w:textAlignment w:val="center"/>
      </w:pPr>
      <w:r>
        <w:rPr>
          <w:b w:val="0"/>
          <w:sz w:val="28"/>
        </w:rPr>
        <w:t xml:space="preserve">A rational number can be written as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1" name="Picture 1" descr="p divided by q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0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>, where p and q are integers and q is not zero. Every integer is rational because it can be written over 1. Terminating decimals and repeating decimals are rational. A fraction is undefined when its denominator is zero.</w:t>
      </w:r>
    </w:p>
    <w:p>
      <w:pPr>
        <w:keepLines/>
        <w:textAlignment w:val="center"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 xml:space="preserve">5 =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2" name="Picture 2" descr="5 divided by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06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, 0.75 =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3" name="Picture 3" descr="3 divided by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0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, and 0.333… =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4" name="Picture 4" descr="1 divided by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08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>. All three are rational, although their written forms look different.</w:t>
      </w:r>
    </w:p>
    <w:p>
      <w:pPr>
        <w:pStyle w:val="Heading2"/>
      </w:pPr>
      <w:r>
        <w:t>2.4  Irrational and real numbers</w:t>
      </w:r>
    </w:p>
    <w:p>
      <w:pPr>
        <w:keepLines/>
      </w:pPr>
      <w:r>
        <w:rPr>
          <w:b w:val="0"/>
          <w:sz w:val="28"/>
        </w:rPr>
        <w:t>An irrational number cannot be written as a ratio of two integers. Its decimal continues forever without a repeating pattern. Examples include π and √2. Rational and irrational numbers together form the real numbers. A square root of a perfect square is rational.</w:t>
      </w:r>
    </w:p>
    <w:p>
      <w:pPr>
        <w:keepLines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>√49 = 7 is rational. √50 is irrational because 50 is not a perfect square. The finite decimal 3.14 is rational and is only an approximation to π.</w:t>
      </w:r>
    </w:p>
    <w:p>
      <w:pPr>
        <w:pStyle w:val="Heading2"/>
      </w:pPr>
      <w:r>
        <w:t>2.5  Even odd prime and composite numbers</w:t>
      </w:r>
    </w:p>
    <w:p>
      <w:pPr>
        <w:keepLines/>
      </w:pPr>
      <w:r>
        <w:rPr>
          <w:b w:val="0"/>
          <w:sz w:val="28"/>
        </w:rPr>
        <w:t>An even integer is divisible by 2. An odd integer is not. A prime is an integer greater than 1 with exactly two positive factors. A composite is an integer greater than 1 with more than two positive factors. The number 1 is neither prime nor composite.</w:t>
      </w:r>
    </w:p>
    <w:p>
      <w:pPr>
        <w:keepLines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>2 is the only even prime. 15 is odd and composite because its positive factors are 1, 3, 5 and 15. Zero is even because 0 = 2 × 0.</w:t>
      </w:r>
    </w:p>
    <w:p>
      <w:r>
        <w:br w:type="page"/>
      </w:r>
    </w:p>
    <w:p>
      <w:pPr>
        <w:pStyle w:val="Heading1"/>
      </w:pPr>
      <w:r>
        <w:t>Chapter 2 practice</w:t>
      </w:r>
    </w:p>
    <w:p>
      <w:pPr>
        <w:keepLines/>
      </w:pPr>
      <w:r>
        <w:rPr>
          <w:b w:val="0"/>
          <w:sz w:val="28"/>
        </w:rPr>
        <w:t>Work in your notebook. Show your method and include units where needed.</w:t>
      </w:r>
    </w:p>
    <w:p>
      <w:pPr>
        <w:keepLines/>
      </w:pPr>
      <w:r>
        <w:rPr>
          <w:b w:val="0"/>
          <w:sz w:val="28"/>
        </w:rPr>
        <w:t>1.  Classify −12 as integer, rational or irrational.</w:t>
      </w:r>
    </w:p>
    <w:p>
      <w:pPr>
        <w:keepLines/>
      </w:pPr>
      <w:r>
        <w:rPr>
          <w:b w:val="0"/>
          <w:sz w:val="28"/>
        </w:rPr>
        <w:t>2.  Is √81 rational? Explain.</w:t>
      </w:r>
    </w:p>
    <w:p>
      <w:pPr>
        <w:keepLines/>
      </w:pPr>
      <w:r>
        <w:rPr>
          <w:b w:val="0"/>
          <w:sz w:val="28"/>
        </w:rPr>
        <w:t>3.  Is 0.454545… rational?</w:t>
      </w:r>
    </w:p>
    <w:p>
      <w:pPr>
        <w:keepLines/>
      </w:pPr>
      <w:r>
        <w:rPr>
          <w:b w:val="0"/>
          <w:sz w:val="28"/>
        </w:rPr>
        <w:t>4.  List the primes between 10 and 20.</w:t>
      </w:r>
    </w:p>
    <w:p>
      <w:pPr>
        <w:keepLines/>
      </w:pPr>
      <w:r>
        <w:rPr>
          <w:b w:val="0"/>
          <w:sz w:val="28"/>
        </w:rPr>
        <w:t>5.  Which of 0, 1, 2 and 9 are composite?</w:t>
      </w:r>
    </w:p>
    <w:p>
      <w:pPr>
        <w:pStyle w:val="Heading2"/>
      </w:pPr>
      <w:r>
        <w:t>Answers with methods</w:t>
      </w:r>
    </w:p>
    <w:p>
      <w:pPr>
        <w:keepLines/>
        <w:textAlignment w:val="center"/>
      </w:pPr>
      <w:r>
        <w:rPr>
          <w:b/>
          <w:sz w:val="28"/>
        </w:rPr>
        <w:t xml:space="preserve">1.  </w:t>
      </w:r>
      <w:r>
        <w:rPr>
          <w:b w:val="0"/>
          <w:sz w:val="28"/>
        </w:rPr>
        <w:t xml:space="preserve">−12 is an integer and rational because −12 = </w:t>
      </w:r>
      <w:r>
        <w:drawing>
          <wp:inline xmlns:a="http://schemas.openxmlformats.org/drawingml/2006/main" xmlns:pic="http://schemas.openxmlformats.org/drawingml/2006/picture">
            <wp:extent cx="426720" cy="457200"/>
            <wp:docPr id="5" name="Picture 5" descr="−12 divided by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09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>. It is not irrational.</w:t>
      </w:r>
    </w:p>
    <w:p>
      <w:pPr>
        <w:keepLines/>
        <w:textAlignment w:val="center"/>
      </w:pPr>
      <w:r>
        <w:rPr>
          <w:b/>
          <w:sz w:val="28"/>
        </w:rPr>
        <w:t xml:space="preserve">2.  </w:t>
      </w:r>
      <w:r>
        <w:rPr>
          <w:b w:val="0"/>
          <w:sz w:val="28"/>
        </w:rPr>
        <w:t xml:space="preserve">Yes. √81 = 9, and 9 can be written as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6" name="Picture 6" descr="9 divided by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1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>.</w:t>
      </w:r>
    </w:p>
    <w:p>
      <w:pPr>
        <w:keepLines/>
      </w:pPr>
      <w:r>
        <w:rPr>
          <w:b/>
          <w:sz w:val="28"/>
        </w:rPr>
        <w:t xml:space="preserve">3.  </w:t>
      </w:r>
      <w:r>
        <w:rPr>
          <w:b w:val="0"/>
          <w:sz w:val="28"/>
        </w:rPr>
        <w:t>Yes. The block 45 repeats, so it is a repeating rational decimal.</w:t>
      </w:r>
    </w:p>
    <w:p>
      <w:pPr>
        <w:keepLines/>
      </w:pPr>
      <w:r>
        <w:rPr>
          <w:b/>
          <w:sz w:val="28"/>
        </w:rPr>
        <w:t xml:space="preserve">4.  </w:t>
      </w:r>
      <w:r>
        <w:rPr>
          <w:b w:val="0"/>
          <w:sz w:val="28"/>
        </w:rPr>
        <w:t>11, 13, 17 and 19. Each has exactly two positive factors.</w:t>
      </w:r>
    </w:p>
    <w:p>
      <w:pPr>
        <w:keepLines/>
      </w:pPr>
      <w:r>
        <w:rPr>
          <w:b/>
          <w:sz w:val="28"/>
        </w:rPr>
        <w:t xml:space="preserve">5.  </w:t>
      </w:r>
      <w:r>
        <w:rPr>
          <w:b w:val="0"/>
          <w:sz w:val="28"/>
        </w:rPr>
        <w:t>Only 9 is composite. Zero and 1 are neither prime nor composite; 2 is prime.</w:t>
      </w:r>
    </w:p>
    <w:p>
      <w:pPr>
        <w:pStyle w:val="Heading2"/>
      </w:pPr>
      <w:r>
        <w:t>Common mistake to avoid</w:t>
      </w:r>
    </w:p>
    <w:p>
      <w:pPr>
        <w:keepLines/>
      </w:pPr>
      <w:r>
        <w:rPr>
          <w:b w:val="0"/>
          <w:sz w:val="28"/>
        </w:rPr>
        <w:t>A decimal that never ends is not automatically irrational. A repeating decimal such as 0.121212… is rational.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152" w:bottom="1008" w:left="1152" w:header="389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b w:val="0"/>
        <w:sz w:val="28"/>
      </w:rPr>
      <w:t xml:space="preserve">Basic Foundation Mathematics 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sz w:val="28"/>
      </w:rPr>
      <w:t>SRIMAN MATHS ACADEMY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URW Bookman" w:hAnsi="URW Bookman"/>
      <w:color w:val="000000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69" w:lineRule="auto"/>
      <w:outlineLvl w:val="0"/>
    </w:pPr>
    <w:rPr>
      <w:rFonts w:asciiTheme="majorHAnsi" w:eastAsiaTheme="majorEastAsia" w:hAnsiTheme="majorHAnsi" w:cstheme="majorBidi" w:ascii="URW Bookman" w:hAnsi="URW Bookman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 w:line="269" w:lineRule="auto"/>
      <w:outlineLvl w:val="1"/>
    </w:pPr>
    <w:rPr>
      <w:rFonts w:asciiTheme="majorHAnsi" w:eastAsiaTheme="majorEastAsia" w:hAnsiTheme="majorHAnsi" w:cstheme="majorBidi" w:ascii="URW Bookman" w:hAnsi="URW Bookman"/>
      <w:b/>
      <w:bCs/>
      <w:color w:val="00000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 w:line="269" w:lineRule="auto"/>
      <w:outlineLvl w:val="2"/>
    </w:pPr>
    <w:rPr>
      <w:rFonts w:asciiTheme="majorHAnsi" w:eastAsiaTheme="majorEastAsia" w:hAnsiTheme="majorHAnsi" w:cstheme="majorBidi" w:ascii="URW Bookman" w:hAnsi="URW Book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69" w:lineRule="auto" w:before="240"/>
      <w:contextualSpacing/>
    </w:pPr>
    <w:rPr>
      <w:rFonts w:asciiTheme="majorHAnsi" w:eastAsiaTheme="majorEastAsia" w:hAnsiTheme="majorHAnsi" w:cstheme="majorBidi" w:ascii="URW Bookman" w:hAnsi="URW Bookman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 w:line="269" w:lineRule="auto"/>
    </w:pPr>
    <w:rPr>
      <w:rFonts w:asciiTheme="majorHAnsi" w:eastAsiaTheme="majorEastAsia" w:hAnsiTheme="majorHAnsi" w:cstheme="majorBidi" w:ascii="URW Bookman" w:hAnsi="URW Bookman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Chapter wise learning notes and worked examples</dc:subject>
  <dc:creator>Sriman Maths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